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828800" cy="67694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xelcut-expor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769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t>www.daadkhane.com</w:t>
      </w:r>
    </w:p>
    <w:p>
      <w:pPr>
        <w:jc w:val="center"/>
      </w:pPr>
      <w:r>
        <w:t>باسمه تعالی</w:t>
      </w:r>
    </w:p>
    <w:p>
      <w:pPr/>
      <w:r>
        <w:t>اینجانب  ………    ………    ..   فرزند …… …….    به کد ملی ………   . .. ….. به عنوان قرض گیرنده در حضور شهود زیر اقرار نموده و گواهی می دهم  که در تاریخ  …../ …../ …….. مبلغ  ….. {به عدد} ….. تومان (…….{به حروف}…… تومان ).. …. از آقای /خانم ………    ………    ………  /قرض دهنده ،  دریافت نموده ام و متعهد می گردم  حداکثر  تا  تاریخ … ..  / … …. / … …    کل  مبلغ فوق  را  با شرایط زیر این سند به  ایشان عودت بدهم و در صورت تاخیر روزانه مبلغ ….. ….. ….. ….. تومان به عنوان خسارت تاخیر تادیه به ایشان بپردازم .</w:t>
        <w:br/>
        <w:br/>
        <w:t>شرایط :</w:t>
        <w:br/>
        <w:t>۱- این پول به منظور سرمایه گذاری، شراکت در سرمایه گذاری، قرض الحسنه یا ………………….. تحویل شده است.</w:t>
        <w:br/>
        <w:t>۲- این پول بعد از محاسبه سود و زیان معامله ……………………………………. باید عودت داده شود.</w:t>
        <w:br/>
        <w:t>۳- چنانچه قرض گیرنده از عودت وجه و تسلیم بدهی خود در این قرارداد استنکاف نماید، آقای/خانم ………………………. به شماره ملی ………………………… به عنوان ضامن قرض گیرنده را ضمانت نموده است و تعهد می کند بدهی او را بپردازد.</w:t>
        <w:br/>
        <w:br/>
        <w:t>نام و نام خانوادگی ضامن:</w:t>
        <w:br/>
        <w:t>امضاء:</w:t>
        <w:br/>
        <w:t>اثر انگشت: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 Nazanin" w:hAnsi="B Nazanin" w:eastAsia="B Nazani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