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t>دادخانه</w:t>
      </w:r>
    </w:p>
    <w:p>
      <w:pPr>
        <w:jc w:val="center"/>
      </w:pPr>
      <w:r>
        <w:t>www.daadkhane.com</w:t>
      </w:r>
    </w:p>
    <w:p>
      <w:pPr>
        <w:jc w:val="center"/>
      </w:pPr>
      <w:r>
        <w:t>قرارداد جعاله</w:t>
      </w:r>
    </w:p>
    <w:p>
      <w:pPr/>
      <w:r>
        <w:br/>
        <w:t>ماده 1 - طرفین قرارداد:</w:t>
      </w:r>
    </w:p>
    <w:p>
      <w:pPr/>
      <w:r>
        <w:t>طرف اوّل قرارداد:</w:t>
        <w:br/>
        <w:t>......................... صادره از ......................... به شماره شناسنامه ......................... کد ملی ......................... فرزند ......................... خانم / آقای ......................... ساکن ......................... تلفن همراه ......................... تلفن ثابت .........................</w:t>
        <w:br/>
        <w:br/>
        <w:t>طرف دوم قرارداد:</w:t>
        <w:br/>
        <w:t>......................... صادره از ......................... به شماره شناسنامه ......................... کد ملی ......................... فرزند ......................... خانم / آقای ......................... ساکن ......................... تلفن همراه ......................... تلفن ثابت .........................</w:t>
      </w:r>
    </w:p>
    <w:p>
      <w:pPr/>
      <w:r>
        <w:br/>
        <w:t>ماده 2 - مورد جعاله:</w:t>
      </w:r>
    </w:p>
    <w:p>
      <w:pPr/>
      <w:r>
        <w:t>مراجعه به ادارات، سازمان‌ها، نهادها، مراجع قضایی و انتظامی، اخذ وکیل، و دخالت در هر امری که جهت استیفای حقوق جاعل در خصوص احقاق حق نسبت به کارخانجات گرما گستر مفید باشد.</w:t>
      </w:r>
    </w:p>
    <w:p>
      <w:pPr/>
      <w:r>
        <w:br/>
        <w:t>ماده 3 - حق‌الجعاله:</w:t>
      </w:r>
    </w:p>
    <w:p>
      <w:pPr/>
      <w:r>
        <w:t>پنجاه درصد از کل مورد جعاله که استیفای حقوق جاعل باشد. جاعل متعهد گردیده آن را در پایان مدت مرقوم و همزمان با استیفای حقوق جاعل به عامل تحویل دهد.</w:t>
      </w:r>
    </w:p>
    <w:p>
      <w:pPr/>
      <w:r>
        <w:br/>
        <w:t>ماده 4 - مدت قرارداد:</w:t>
      </w:r>
    </w:p>
    <w:p>
      <w:pPr/>
      <w:r>
        <w:t>از تاریخ ......................... لغایت ......................... به مدت ......................... ماه / سال کامل شمسی.</w:t>
      </w:r>
    </w:p>
    <w:p>
      <w:pPr/>
      <w:r>
        <w:br/>
        <w:t>ماده 5 - تعهدات طرفین:</w:t>
      </w:r>
    </w:p>
    <w:p>
      <w:pPr/>
      <w:r>
        <w:t>جاعل متعهد گردید که در هنگام استیفای حقوق خود، حق‌الجعاله را به عامل تحویل دهد.</w:t>
      </w:r>
    </w:p>
    <w:p>
      <w:pPr/>
      <w:r>
        <w:br/>
        <w:t>ماده 6 - شرایط قرارداد:</w:t>
      </w:r>
    </w:p>
    <w:p>
      <w:pPr/>
      <w:r>
        <w:t>1- کلیه هزینه‌های ناشی از دادرسی، حق‌الوکاله و غیره بر عهده عامل است.</w:t>
        <w:br/>
        <w:t>2- هر یک از طرفین حق رجوع از این جعاله را مادامی که عمل به اتمام نرسیده و یا شروع نشده، دارند.</w:t>
        <w:br/>
        <w:t>3- استحقاق عامل به دریافت تمامت جعل (عوض کار) موکول به انجام جعاله در موعد مقرر است.</w:t>
      </w:r>
    </w:p>
    <w:p>
      <w:pPr/>
      <w:r>
        <w:br/>
        <w:t>ماده 7 - مرجع حل اختلاف:</w:t>
      </w:r>
    </w:p>
    <w:p>
      <w:pPr/>
      <w:r>
        <w:t>در صورت بروز اختلاف، طرفین خانم / آقای ......................... ساکن ......................... به شماره شناسنامه ......................... فرزند ......................... را به عنوان داور مرضی‌الطرفین پذیرفته‌اند و رأی ایشان قطعی، لازم‌الاجرا و غیرقابل اعتراض است.</w:t>
      </w:r>
    </w:p>
    <w:p>
      <w:pPr/>
      <w:r>
        <w:br/>
        <w:t>ماده 8 - اقامتگاه طرفین:</w:t>
      </w:r>
    </w:p>
    <w:p>
      <w:pPr/>
      <w:r>
        <w:t>هرگونه مکاتبه باید به آدرس مندرج در این قرارداد ارسال شود. در صورت تغییر آدرس، طرف دیگر باید به صورت کتبی مطلع گردد، در غیر این صورت، مکاتبه به آدرس قبلی ارسال و ابلاغ‌شده تلقی می‌شود.</w:t>
      </w:r>
    </w:p>
    <w:p>
      <w:pPr/>
      <w:r>
        <w:br/>
        <w:t>ماده 9 - نسخه‌های قرارداد:</w:t>
      </w:r>
    </w:p>
    <w:p>
      <w:pPr/>
      <w:r>
        <w:t>این قرارداد مشتمل بر 9 ماده، در تاریخ ......................... در ......................... تنظیم و در دو نسخه دارای اعتبار واحد به امضای طرفین رسیده است.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